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428000" cy="179887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-logo-cent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7988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Bdr>
          <w:bottom w:val="single" w:sz="18" w:space="2" w:color="FFC000"/>
        </w:pBdr>
      </w:pPr>
      <w:r>
        <w:rPr>
          <w:rFonts w:ascii="Verdana" w:hAnsi="Verdana"/>
          <w:b/>
          <w:i w:val="0"/>
          <w:color w:val="3D3D3D"/>
          <w:sz w:val="34"/>
          <w:rFonts w:ascii="Verdana" w:hAnsi="Verdana" w:cs="Verdana"/>
        </w:rPr>
        <w:t>БРИФ НА РАЗРАБОТКУ САЙТА</w:t>
      </w:r>
    </w:p>
    <w:p>
      <w:r>
        <w:rPr>
          <w:rFonts w:ascii="Verdana" w:hAnsi="Verdana"/>
          <w:b w:val="0"/>
          <w:i/>
          <w:color w:val="666666"/>
          <w:sz w:val="19"/>
          <w:rFonts w:ascii="Verdana" w:hAnsi="Verdana" w:cs="Verdana"/>
        </w:rPr>
        <w:t>Чем полнее заполнен бриф — тем точнее смета, быстрее запуск и лучше результат. Нет ответа — пропустите вопрос, менеджер уточнит его при разговоре.</w:t>
      </w:r>
    </w:p>
    <w:p>
      <w:pPr>
        <w:spacing w:before="400" w:after="160"/>
        <w:pBdr>
          <w:left w:val="single" w:sz="24" w:space="2" w:color="FFC000"/>
        </w:pBdr>
        <w:pBdr>
          <w:bottom w:val="single" w:sz="6" w:space="2" w:color="DDDDDD"/>
        </w:pBdr>
      </w:pPr>
      <w:r>
        <w:rPr>
          <w:rFonts w:ascii="Verdana" w:hAnsi="Verdana"/>
          <w:b/>
          <w:i w:val="0"/>
          <w:color w:val="B58900"/>
          <w:sz w:val="26"/>
          <w:rFonts w:ascii="Verdana" w:hAnsi="Verdana" w:cs="Verdana"/>
        </w:rPr>
        <w:t xml:space="preserve">  Часть I. </w:t>
      </w:r>
      <w:r>
        <w:rPr>
          <w:rFonts w:ascii="Verdana" w:hAnsi="Verdana"/>
          <w:b/>
          <w:i w:val="0"/>
          <w:color w:val="3D3D3D"/>
          <w:sz w:val="26"/>
          <w:rFonts w:ascii="Verdana" w:hAnsi="Verdana" w:cs="Verdana"/>
        </w:rPr>
        <w:t>Общие вопросы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1.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Название компании и текущий сайт (если есть)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2.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Объект продажи: ниша и специализация</w:t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Например: ниша — корпусная мебель, специализация — кухни.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3.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С какими регионами работаете?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4.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Цель сайта: что должен сделать клиент, оказавшись на странице? Какую бизнес-задачу решает сайт?</w:t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Например: оставить телефон, позвонить, заказать замер / доставку / тест-драйв.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5.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Расскажите о вашей схеме работы с клиентом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400" w:after="160"/>
        <w:pBdr>
          <w:left w:val="single" w:sz="24" w:space="2" w:color="FFC000"/>
        </w:pBdr>
        <w:pBdr>
          <w:bottom w:val="single" w:sz="6" w:space="2" w:color="DDDDDD"/>
        </w:pBdr>
      </w:pPr>
      <w:r>
        <w:rPr>
          <w:rFonts w:ascii="Verdana" w:hAnsi="Verdana"/>
          <w:b/>
          <w:i w:val="0"/>
          <w:color w:val="B58900"/>
          <w:sz w:val="26"/>
          <w:rFonts w:ascii="Verdana" w:hAnsi="Verdana" w:cs="Verdana"/>
        </w:rPr>
        <w:t xml:space="preserve">  Часть II. </w:t>
      </w:r>
      <w:r>
        <w:rPr>
          <w:rFonts w:ascii="Verdana" w:hAnsi="Verdana"/>
          <w:b/>
          <w:i w:val="0"/>
          <w:color w:val="3D3D3D"/>
          <w:sz w:val="26"/>
          <w:rFonts w:ascii="Verdana" w:hAnsi="Verdana" w:cs="Verdana"/>
        </w:rPr>
        <w:t>Товар / услуга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1.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Что именно является объектом продажи? Если объектов несколько — какой наиболее востребован?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2.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Какую проблему клиента решают ваши товары/услуги?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3.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Действует ли сейчас акция? Если нет — какую акцию можно сделать, исходя из того, что реально нужно клиентам?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4.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УТП — чем ваше предложение отличается от предложений конкурентов?</w:t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Например: все доставляют за 1 день, а вы — за 3 часа; ваши изделия служат 3 года, а аналоги — год.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5.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Есть ли сертификаты, паспорта качества, свидетельства, патенты и другие официальные документы?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6.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Сколько товаров/услуг (и сколько групп) будет на сайте?</w:t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Например: 6 видов плиточного клея или 3000 позиций техники, разбитых на категории.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7.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Будут ли цены на сайте?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400" w:after="160"/>
        <w:pBdr>
          <w:left w:val="single" w:sz="24" w:space="2" w:color="FFC000"/>
        </w:pBdr>
        <w:pBdr>
          <w:bottom w:val="single" w:sz="6" w:space="2" w:color="DDDDDD"/>
        </w:pBdr>
      </w:pPr>
      <w:r>
        <w:rPr>
          <w:rFonts w:ascii="Verdana" w:hAnsi="Verdana"/>
          <w:b/>
          <w:i w:val="0"/>
          <w:color w:val="B58900"/>
          <w:sz w:val="26"/>
          <w:rFonts w:ascii="Verdana" w:hAnsi="Verdana" w:cs="Verdana"/>
        </w:rPr>
        <w:t xml:space="preserve">  Часть III. </w:t>
      </w:r>
      <w:r>
        <w:rPr>
          <w:rFonts w:ascii="Verdana" w:hAnsi="Verdana"/>
          <w:b/>
          <w:i w:val="0"/>
          <w:color w:val="3D3D3D"/>
          <w:sz w:val="26"/>
          <w:rFonts w:ascii="Verdana" w:hAnsi="Verdana" w:cs="Verdana"/>
        </w:rPr>
        <w:t>Клиент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1.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Кто ваш клиент? Физические или юридические лица?</w:t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Пол, возраст, статус и доход, привычки, район проживания — чем больше деталей, тем лучше.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2.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В какой ситуации обычно находится клиент, когда покупает ваши товары/услуги?</w:t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Например: сантехника вызывают, когда начинает протекать; продукты покупают после работы.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3.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С какими проблемами сталкивается клиент при обращении за вашим товаром/услугой?</w:t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Например: сложно выбрать, нет доставки до квартиры, большая предоплата, кот в мешке.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400" w:after="160"/>
        <w:pBdr>
          <w:left w:val="single" w:sz="24" w:space="2" w:color="FFC000"/>
        </w:pBdr>
        <w:pBdr>
          <w:bottom w:val="single" w:sz="6" w:space="2" w:color="DDDDDD"/>
        </w:pBdr>
      </w:pPr>
      <w:r>
        <w:rPr>
          <w:rFonts w:ascii="Verdana" w:hAnsi="Verdana"/>
          <w:b/>
          <w:i w:val="0"/>
          <w:color w:val="B58900"/>
          <w:sz w:val="26"/>
          <w:rFonts w:ascii="Verdana" w:hAnsi="Verdana" w:cs="Verdana"/>
        </w:rPr>
        <w:t xml:space="preserve">  Часть IV. </w:t>
      </w:r>
      <w:r>
        <w:rPr>
          <w:rFonts w:ascii="Verdana" w:hAnsi="Verdana"/>
          <w:b/>
          <w:i w:val="0"/>
          <w:color w:val="3D3D3D"/>
          <w:sz w:val="26"/>
          <w:rFonts w:ascii="Verdana" w:hAnsi="Verdana" w:cs="Verdana"/>
        </w:rPr>
        <w:t>Компания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1.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Почему клиенты покупают именно у вас и возвращаются снова?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2.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История компании: сколько выполненных заказов, какие особенно крупные/успешные?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3.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Сколько лет компания на рынке? Где находитесь территориально?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4.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Кто ваши основные конкуренты? Перечислите несколько и укажите сайты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5.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Какие известные компании — ваши клиенты? Есть ли отзывы и благодарности?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6.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Сможете ли предоставить свои фото/видео (товары, команда, офис) — или подберём контент с фотостоков?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400" w:after="160"/>
        <w:pBdr>
          <w:left w:val="single" w:sz="24" w:space="2" w:color="FFC000"/>
        </w:pBdr>
        <w:pBdr>
          <w:bottom w:val="single" w:sz="6" w:space="2" w:color="DDDDDD"/>
        </w:pBdr>
      </w:pPr>
      <w:r>
        <w:rPr>
          <w:rFonts w:ascii="Verdana" w:hAnsi="Verdana"/>
          <w:b/>
          <w:i w:val="0"/>
          <w:color w:val="B58900"/>
          <w:sz w:val="26"/>
          <w:rFonts w:ascii="Verdana" w:hAnsi="Verdana" w:cs="Verdana"/>
        </w:rPr>
        <w:t xml:space="preserve">  Часть V. </w:t>
      </w:r>
      <w:r>
        <w:rPr>
          <w:rFonts w:ascii="Verdana" w:hAnsi="Verdana"/>
          <w:b/>
          <w:i w:val="0"/>
          <w:color w:val="3D3D3D"/>
          <w:sz w:val="26"/>
          <w:rFonts w:ascii="Verdana" w:hAnsi="Verdana" w:cs="Verdana"/>
        </w:rPr>
        <w:t>Пожелания по сайту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1.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Ссылки на сайты, которые вам нравятся. Чем именно они понравились?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2.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Цветовая гамма и стиль будущего сайта. Есть ли фирменный стиль или брендбук?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3.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Ориентировочный бюджет на разработку</w:t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Примерные расценки: https://web-agregator.ru/prices/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4.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Структура будущего сайта: какие разделы меню, блоки, страницы нужны?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5.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Опишите функционал и планы по его расширению</w:t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Фильтры и сортировка каталога, корзина, онлайн-оплата, несколько языков, интеграции с 1С/CRM.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6.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Предпочтения по CMS (системе управления сайтом), если есть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7.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Желательные или обязательные сроки сдачи проекта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8.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Что для вас самое важное в будущем сайте?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 xml:space="preserve">9. 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Откуда вы о нас узнали: посоветовали знакомые, нашли в Яндексе/Google, другой вариант?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/>
    <w:p>
      <w:pPr>
        <w:shd w:val="clear" w:fill="FFC000"/>
      </w:pP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 xml:space="preserve">  Заполненный бриф вышлите на почту info@web-agregator.ru  </w:t>
      </w:r>
    </w:p>
    <w:p>
      <w:r>
        <w:rPr>
          <w:rFonts w:ascii="Verdana" w:hAnsi="Verdana"/>
          <w:b w:val="0"/>
          <w:i/>
          <w:color w:val="666666"/>
          <w:sz w:val="18"/>
          <w:rFonts w:ascii="Verdana" w:hAnsi="Verdana" w:cs="Verdana"/>
        </w:rPr>
        <w:t>Если возникли трудности — менеджер проекта заполнит бриф вместе с вами: по телефону, в Telegram/WhatsApp или при личной встрече.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866"/>
      </w:tblGrid>
      <w:tr>
        <w:tc>
          <w:tcPr>
            <w:tcW w:type="dxa" w:w="9865"/>
            <w:shd w:val="clear" w:fill="3D3D3D"/>
          </w:tcPr>
          <w:p>
            <w:pPr>
              <w:jc w:val="center"/>
            </w:pPr>
            <w:r>
              <w:rPr>
                <w:rFonts w:ascii="Verdana" w:hAnsi="Verdana"/>
                <w:b/>
                <w:i w:val="0"/>
                <w:color w:val="FFFFFF"/>
                <w:sz w:val="18"/>
                <w:rFonts w:ascii="Verdana" w:hAnsi="Verdana" w:cs="Verdana"/>
              </w:rPr>
              <w:t xml:space="preserve">Веб-студия ВебАгрегатор  ·  </w:t>
            </w:r>
            <w:r>
              <w:rPr>
                <w:rFonts w:ascii="Verdana" w:hAnsi="Verdana"/>
                <w:b/>
                <w:i w:val="0"/>
                <w:color w:val="FFC000"/>
                <w:sz w:val="18"/>
                <w:rFonts w:ascii="Verdana" w:hAnsi="Verdana" w:cs="Verdana"/>
              </w:rPr>
              <w:t>https://web-agregator.ru</w:t>
            </w:r>
          </w:p>
          <w:p>
            <w:pPr>
              <w:jc w:val="center"/>
            </w:pPr>
            <w:r>
              <w:rPr>
                <w:rFonts w:ascii="Verdana" w:hAnsi="Verdana"/>
                <w:b w:val="0"/>
                <w:i w:val="0"/>
                <w:color w:val="DDDDDD"/>
                <w:sz w:val="17"/>
                <w:rFonts w:ascii="Verdana" w:hAnsi="Verdana" w:cs="Verdana"/>
              </w:rPr>
              <w:t>355037, Россия, г. Ставрополь, ул. 8 Марта, 121  ·  +7 (918) 741-88-03  ·  info@web-agregator.ru</w:t>
            </w:r>
          </w:p>
        </w:tc>
      </w:tr>
    </w:tbl>
    <w:sectPr w:rsidR="00FC693F" w:rsidRPr="0006063C" w:rsidSect="00034616">
      <w:pgSz w:w="11906" w:h="16838"/>
      <w:pgMar w:top="680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