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428000" cy="17988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-logo-cent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17988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Bdr>
          <w:bottom w:val="single" w:sz="18" w:space="2" w:color="FFC000"/>
        </w:pBdr>
      </w:pPr>
      <w:r>
        <w:rPr>
          <w:rFonts w:ascii="Verdana" w:hAnsi="Verdana"/>
          <w:b/>
          <w:i w:val="0"/>
          <w:color w:val="3D3D3D"/>
          <w:sz w:val="34"/>
          <w:rFonts w:ascii="Verdana" w:hAnsi="Verdana" w:cs="Verdana"/>
        </w:rPr>
        <w:t>WEBSITE DEVELOPMENT BRIEF</w:t>
      </w:r>
    </w:p>
    <w:p>
      <w:r>
        <w:rPr>
          <w:rFonts w:ascii="Verdana" w:hAnsi="Verdana"/>
          <w:b w:val="0"/>
          <w:i/>
          <w:color w:val="666666"/>
          <w:sz w:val="19"/>
          <w:rFonts w:ascii="Verdana" w:hAnsi="Verdana" w:cs="Verdana"/>
        </w:rPr>
        <w:t>The more complete the brief, the more accurate the quote, the faster the launch and the better the result. Don't know an answer? Skip the question — your project manager will clarify it with you.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>Part I. General questions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1. Company name and current website (if any)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2. What you sell: niche and specialisation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For example: niche — cabinet furniture, specialisation — kitchens.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3. Which regions do you work with?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4. Purpose of the website: what should a client do once they land on the page? What business task should the site solve?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For example: leave a phone number, call, order a measurement / delivery / test drive.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5. Describe how you work with a client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>Part II. Product / service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1. What exactly are you selling? If there are several offerings — which one is in the highest demand?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2. What client problem do your products/services solve?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3. Is there a promotion running now? If not — what promotion could you launch based on what your clients really need?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4. USP — what makes your offer different from your competitors' offers?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For example: everyone delivers in 1 day, you — in 3 hours; your products last 3 years, analogues — one year.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5. Do you have certificates, quality passports, licences, patents or other official documents?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6. How many products/services (and how many groups) will the website have?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For example: 6 kinds of tile adhesive, or 3,000 items of equipment split into categories.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7. Will prices be shown on the website?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>Part III. The client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1. Who is your client? Individuals or businesses?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Gender, age, status and income, habits, area of residence — the more detail, the better.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2. What situation is the client usually in when buying your products/services?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For example: a plumber is called when something starts leaking; groceries are bought after work.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3. What problems does the client face when looking for your product/service?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For example: hard to choose, no delivery to the door, large upfront payment, buying blind.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>Part IV. The company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1. Why do clients buy from you — and come back again?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2. Company history: how many completed orders, which were especially large or successful?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3. How many years has the company been on the market? Where are you located?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4. Who are your main competitors? List a few and include their websites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5. Which well-known companies are your clients? Do you have reviews and thank-you letters?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6. Can you provide your own photos/videos (products, team, office) — or should we pick stock content?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400" w:after="160"/>
        <w:pBdr>
          <w:left w:val="single" w:sz="24" w:space="2" w:color="FFC000"/>
        </w:pBdr>
        <w:pBdr>
          <w:bottom w:val="single" w:sz="6" w:space="2" w:color="DDDDDD"/>
        </w:pBdr>
      </w:pPr>
      <w:r>
        <w:rPr>
          <w:rFonts w:ascii="Verdana" w:hAnsi="Verdana"/>
          <w:b/>
          <w:i w:val="0"/>
          <w:color w:val="B58900"/>
          <w:sz w:val="26"/>
          <w:rFonts w:ascii="Verdana" w:hAnsi="Verdana" w:cs="Verdana"/>
        </w:rPr>
        <w:t>Part V. Wishes for the website</w:t>
      </w:r>
      <w:r>
        <w:rPr>
          <w:rFonts w:ascii="Verdana" w:hAnsi="Verdana"/>
          <w:b/>
          <w:i w:val="0"/>
          <w:color w:val="3D3D3D"/>
          <w:sz w:val="26"/>
          <w:rFonts w:ascii="Verdana" w:hAnsi="Verdana" w:cs="Verdana"/>
        </w:rPr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1. Links to websites you like. What exactly do you like about them?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2. Colour palette and style of the future website. Do you have a brand identity or brand book?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3. Approximate development budget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Reference pricing: https://web-agregator.ru/en/prices/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4. Structure of the future website: which menu sections, blocks and pages are needed?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5. Describe the functionality and plans for expanding it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40"/>
      </w:pPr>
      <w:r>
        <w:rPr>
          <w:rFonts w:ascii="Verdana" w:hAnsi="Verdana"/>
          <w:b w:val="0"/>
          <w:i/>
          <w:color w:val="777777"/>
          <w:sz w:val="21"/>
          <w:rFonts w:ascii="Verdana" w:hAnsi="Verdana" w:cs="Verdana"/>
        </w:rPr>
        <w:t>Catalog filters and sorting, cart, online payment, multiple languages, 1C/CRM integrations.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6. CMS preferences (content management system), if any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7. Preferred or mandatory project deadlines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8. What matters most to you in the future website?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>
      <w:pPr>
        <w:spacing w:before="200" w:after="40"/>
      </w:pPr>
      <w:r>
        <w:rPr>
          <w:rFonts w:ascii="Verdana" w:hAnsi="Verdana"/>
          <w:b/>
          <w:i w:val="0"/>
          <w:color w:val="B58900"/>
          <w:sz w:val="21"/>
          <w:rFonts w:ascii="Verdana" w:hAnsi="Verdana" w:cs="Verdana"/>
        </w:rPr>
        <w:t>9. How did you hear about us: a recommendation, found us in Yandex/Google, or another way?</w:t>
      </w: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</w:r>
    </w:p>
    <w:p>
      <w:pPr>
        <w:spacing w:after="200"/>
        <w:pBdr>
          <w:bottom w:val="single" w:sz="6" w:space="2" w:color="C9C9C9"/>
        </w:pBdr>
      </w:pPr>
      <w:r>
        <w:rPr>
          <w:rFonts w:ascii="Verdana" w:hAnsi="Verdana"/>
          <w:b w:val="0"/>
          <w:i w:val="0"/>
          <w:color w:val="3D3D3D"/>
          <w:sz w:val="20"/>
          <w:rFonts w:ascii="Verdana" w:hAnsi="Verdana" w:cs="Verdana"/>
        </w:rPr>
        <w:t xml:space="preserve"> </w:t>
      </w:r>
    </w:p>
    <w:p/>
    <w:p>
      <w:pPr>
        <w:shd w:val="clear" w:fill="FFC000"/>
      </w:pPr>
      <w:r>
        <w:rPr>
          <w:rFonts w:ascii="Verdana" w:hAnsi="Verdana"/>
          <w:b/>
          <w:i w:val="0"/>
          <w:color w:val="3D3D3D"/>
          <w:sz w:val="21"/>
          <w:rFonts w:ascii="Verdana" w:hAnsi="Verdana" w:cs="Verdana"/>
        </w:rPr>
        <w:t>Send the completed brief to info@web-agregator.ru</w:t>
      </w:r>
    </w:p>
    <w:p>
      <w:r>
        <w:rPr>
          <w:rFonts w:ascii="Verdana" w:hAnsi="Verdana"/>
          <w:b w:val="0"/>
          <w:i/>
          <w:color w:val="666666"/>
          <w:sz w:val="18"/>
          <w:rFonts w:ascii="Verdana" w:hAnsi="Verdana" w:cs="Verdana"/>
        </w:rPr>
        <w:t>If you run into any difficulties, your project manager will fill in the brief together with you: by phone, in Telegram/WhatsApp or in person.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866"/>
      </w:tblGrid>
      <w:tr>
        <w:tc>
          <w:tcPr>
            <w:tcW w:type="dxa" w:w="9865"/>
            <w:shd w:val="clear" w:fill="3D3D3D"/>
          </w:tcPr>
          <w:p>
            <w:pPr>
              <w:jc w:val="center"/>
            </w:pPr>
            <w:r>
              <w:rPr>
                <w:rFonts w:ascii="Verdana" w:hAnsi="Verdana"/>
                <w:b/>
                <w:i w:val="0"/>
                <w:color w:val="FFFFFF"/>
                <w:sz w:val="18"/>
                <w:rFonts w:ascii="Verdana" w:hAnsi="Verdana" w:cs="Verdana"/>
              </w:rPr>
              <w:t>WebAggregator web studio  ·  https://web-agregator.ru</w:t>
            </w:r>
            <w:r>
              <w:rPr>
                <w:rFonts w:ascii="Verdana" w:hAnsi="Verdana"/>
                <w:b/>
                <w:i w:val="0"/>
                <w:color w:val="FFC000"/>
                <w:sz w:val="18"/>
                <w:rFonts w:ascii="Verdana" w:hAnsi="Verdana" w:cs="Verdana"/>
              </w:rPr>
            </w:r>
            <w:r>
              <w:br/>
            </w:r>
            <w:r>
              <w:t>355037, Russia, Stavropol, 8 Marta St., 121  ·  +7 (918) 741-88-03  ·  info@web-agregator.ru</w:t>
            </w:r>
          </w:p>
          <w:p>
            <w:pPr>
              <w:jc w:val="center"/>
            </w:pPr>
            <w:r>
              <w:rPr>
                <w:rFonts w:ascii="Verdana" w:hAnsi="Verdana"/>
                <w:b w:val="0"/>
                <w:i w:val="0"/>
                <w:color w:val="DDDDDD"/>
                <w:sz w:val="17"/>
                <w:rFonts w:ascii="Verdana" w:hAnsi="Verdana" w:cs="Verdana"/>
              </w:rPr>
            </w:r>
          </w:p>
        </w:tc>
      </w:tr>
    </w:tbl>
    <w:sectPr w:rsidR="00FC693F" w:rsidRPr="0006063C" w:rsidSect="00034616">
      <w:pgSz w:w="11906" w:h="16838"/>
      <w:pgMar w:top="680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